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</w:pPr>
      <w:r>
        <w:rPr>
          <w:b/>
          <w:sz w:val="40"/>
        </w:rPr>
        <w:t>Sales call notes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color="D6D3CE"/>
          <w:left w:val="single" w:sz="4" w:color="D6D3CE"/>
          <w:bottom w:val="single" w:sz="4" w:color="D6D3CE"/>
          <w:right w:val="single" w:sz="4" w:color="D6D3CE"/>
          <w:insideH w:val="single" w:sz="4" w:color="D6D3CE"/>
          <w:insideV w:val="single" w:sz="4" w:color="D6D3CE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759"/>
        <w:gridCol w:w="4759"/>
      </w:tblGrid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Company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Date &amp; time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Their side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Our side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408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Call type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  <w:tr>
        <w:trPr>
          <w:trHeight w:val="96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What's going on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58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The problem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Current setup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134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What they want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020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Concerns &amp; pushback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Money &amp; timing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73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Who's involved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1247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Next steps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623" w:hRule="atLeast"/>
        </w:trPr>
        <w:tc>
          <w:tcPr>
            <w:tcW w:type="dxa" w:w="2381"/>
            <w:shd w:val="clear" w:fill="F2F1EE"/>
            <w:vAlign w:val="top"/>
          </w:tcPr>
          <w:p>
            <w:pPr>
              <w:spacing w:after="0"/>
            </w:pPr>
            <w:r>
              <w:rPr>
                <w:b/>
                <w:sz w:val="21"/>
              </w:rPr>
              <w:t>My read</w:t>
            </w:r>
          </w:p>
        </w:tc>
        <w:tc>
          <w:tcPr>
            <w:tcW w:type="dxa" w:w="6803"/>
            <w:vAlign w:val="top"/>
          </w:tcPr>
          <w:p>
            <w:pPr>
              <w:spacing w:after="0"/>
            </w:pPr>
            <w:r/>
          </w:p>
        </w:tc>
      </w:tr>
      <w:tr>
        <w:trPr>
          <w:trHeight w:val="351" w:hRule="atLeast"/>
        </w:trPr>
        <w:tc>
          <w:tcPr>
            <w:tcW w:type="dxa" w:w="2381"/>
            <w:shd w:val="clear" w:fill="F2F1EE"/>
            <w:vAlign w:val="center"/>
          </w:tcPr>
          <w:p>
            <w:pPr>
              <w:spacing w:after="0"/>
            </w:pPr>
            <w:r>
              <w:rPr>
                <w:b/>
                <w:sz w:val="21"/>
              </w:rPr>
              <w:t>Next call booked</w:t>
            </w:r>
          </w:p>
        </w:tc>
        <w:tc>
          <w:tcPr>
            <w:tcW w:type="dxa" w:w="6803"/>
            <w:vAlign w:val="center"/>
          </w:tcPr>
          <w:p>
            <w:pPr>
              <w:spacing w:after="0"/>
            </w:pPr>
            <w:r/>
          </w:p>
        </w:tc>
      </w:tr>
    </w:tbl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Sales call notes</dc:title>
  <dc:subject/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