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Role qualification notes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Company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Role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Hiring manager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Also on call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Why it's open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36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The actual job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First-year wins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134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Must-haves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Nice-to-haves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Money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Why join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Location &amp; setup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Where to look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90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The process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9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My read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steps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qualification notes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