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b/>
          <w:sz w:val="40"/>
        </w:rPr>
        <w:t>Meeting minutes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6D3CE"/>
          <w:left w:val="single" w:sz="4" w:color="D6D3CE"/>
          <w:bottom w:val="single" w:sz="4" w:color="D6D3CE"/>
          <w:right w:val="single" w:sz="4" w:color="D6D3CE"/>
          <w:insideH w:val="single" w:sz="4" w:color="D6D3CE"/>
          <w:insideV w:val="single" w:sz="4" w:color="D6D3CE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759"/>
        <w:gridCol w:w="4759"/>
      </w:tblGrid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Meeting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Date &amp; time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Chair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Minutes taken by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Attendees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Previous minutes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t>Approved as an accurate record.</w:t>
            </w:r>
          </w:p>
        </w:tc>
      </w:tr>
      <w:tr>
        <w:trPr>
          <w:trHeight w:val="68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Follow-ups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58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Agenda &amp; discussion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90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Decisions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90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Actions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68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Any other business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351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Meeting closed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351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Next meeting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</w:tbl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