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b/>
          <w:sz w:val="40"/>
        </w:rPr>
        <w:t>Interview notes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6D3CE"/>
          <w:left w:val="single" w:sz="4" w:color="D6D3CE"/>
          <w:bottom w:val="single" w:sz="4" w:color="D6D3CE"/>
          <w:right w:val="single" w:sz="4" w:color="D6D3CE"/>
          <w:insideH w:val="single" w:sz="4" w:color="D6D3CE"/>
          <w:insideV w:val="single" w:sz="4" w:color="D6D3CE"/>
        </w:tblBorders>
        <w:tblCellMar>
          <w:top w:w="70" w:type="dxa"/>
          <w:bottom w:w="70" w:type="dxa"/>
          <w:left w:w="130" w:type="dxa"/>
          <w:right w:w="130" w:type="dxa"/>
        </w:tblCellMar>
      </w:tblPr>
      <w:tblGrid>
        <w:gridCol w:w="4759"/>
        <w:gridCol w:w="4759"/>
      </w:tblGrid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Interviewed by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Candidate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Role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Interview stage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Background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do they do now?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Which experience is most relevant here?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Why this role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Why are they interested?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Why are they looking to move now?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2041" w:hRule="atLeast"/>
          <w:cantSplit/>
        </w:trPr>
        <w:tc>
          <w:tcPr>
            <w:tcW w:type="dxa" w:w="4592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Examples given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did they describe, in their words?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was their part? What was the result?</w:t>
            </w:r>
          </w:p>
        </w:tc>
        <w:tc>
          <w:tcPr>
            <w:tcW w:type="dxa" w:w="4592"/>
            <w:vAlign w:val="top"/>
          </w:tcPr>
          <w:p>
            <w:pPr>
              <w:spacing w:after="0"/>
            </w:pPr>
          </w:p>
        </w:tc>
      </w:tr>
      <w:tr>
        <w:trPr>
          <w:trHeight w:val="1474" w:hRule="atLeast"/>
          <w:cantSplit/>
        </w:trPr>
        <w:tc>
          <w:tcPr>
            <w:tcW w:type="dxa" w:w="4592"/>
            <w:shd w:val="clear" w:fill="F2F1EE"/>
            <w:vAlign w:val="top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Against the criteria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did they show for each criterion?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Where was the evidence thin?</w:t>
            </w:r>
          </w:p>
        </w:tc>
        <w:tc>
          <w:tcPr>
            <w:tcW w:type="dxa" w:w="4592"/>
            <w:vAlign w:val="top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How they work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How do they work with a team?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How do they handle pressure or mistakes?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Their questions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did they ask about?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matters most to them in a move?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Practical details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Notice period? Earliest start?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Pay expectations? Location?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To follow up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needs checking or a second look?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Who will check it?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Next steps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happens next, and by when?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was the candidate told?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</w:tbl>
    <w:p>
      <w:pPr>
        <w:spacing w:line="20" w:lineRule="exact" w:after="0"/>
      </w:pPr>
    </w:p>
    <w:sectPr w:rsidR="00FC693F" w:rsidRPr="0006063C" w:rsidSect="00034616">
      <w:footerReference w:type="default" r:id="rId9"/>
      <w:pgSz w:w="12240" w:h="15840"/>
      <w:pgMar w:top="850" w:right="1361" w:bottom="850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400000" cy="108000"/>
          <wp:docPr id="1" name="Picture 1" descr="sorinai">
            <a:hlinkClick r:id="rId2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rinai_logo_text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0000" cy="108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orinai.com/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notes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