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Board meeting minutes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Organisation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Location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Chair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Minutes taken by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Present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Apologies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In attendance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Quorum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567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Declarations of interest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Previous minutes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t>Approved as an accurate record.</w:t>
            </w:r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Matters arising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2268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Agenda items &amp; decisions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8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Votes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36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Actions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567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Any other business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Meeting closed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meeting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510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Approved by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